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Membership renewal letter template</w:t>
      </w:r>
    </w:p>
    <w:p>
      <w:r>
        <w:t>Five membership renewal letters to adapt. Replace everything in square brackets, delete the "Use this when" line, and keep each letter to one page.</w:t>
      </w:r>
    </w:p>
    <w:p>
      <w:r>
        <w:br w:type="page"/>
      </w:r>
    </w:p>
    <w:p>
      <w:pPr>
        <w:pStyle w:val="Heading1"/>
      </w:pPr>
      <w:r>
        <w:t>Standard annual renewal letter for an association</w:t>
      </w:r>
    </w:p>
    <w:p>
      <w:r>
        <w:rPr>
          <w:i/>
        </w:rPr>
        <w:t>Use this when: most members pay once a year and you want one clear notice.</w:t>
      </w:r>
    </w:p>
    <w:p>
      <w:r>
        <w:t>[Date]</w:t>
      </w:r>
    </w:p>
    <w:p>
      <w:r>
        <w:t>[Member name]</w:t>
      </w:r>
    </w:p>
    <w:p>
      <w:r>
        <w:t>[Address line 1]</w:t>
      </w:r>
    </w:p>
    <w:p>
      <w:r>
        <w:t>[Town, postcode]</w:t>
      </w:r>
    </w:p>
    <w:p>
      <w:r>
        <w:t>Dear [First name],</w:t>
      </w:r>
    </w:p>
    <w:p>
      <w:r>
        <w:t>Re: your [year] membership of [Association]</w:t>
      </w:r>
    </w:p>
    <w:p>
      <w:r>
        <w:t>Your [category] membership is due for renewal on [renewal date]. The fee for [year] is [amount].</w:t>
      </w:r>
    </w:p>
    <w:p>
      <w:r>
        <w:t>This year, [Association] [one concrete thing, such as ran twelve evening talks and published the new members’ directory]. Renewing keeps your place at next year’s programme and your access to the members’ area.</w:t>
      </w:r>
    </w:p>
    <w:p>
      <w:r>
        <w:t>To renew, you can pay by bank transfer to [account name, sort code, account number, reference: your surname], by cheque to [payee name] using the enclosed form, or online at [printed web address]. If you already pay by standing order or Direct Debit, nothing changes.</w:t>
      </w:r>
    </w:p>
    <w:p>
      <w:r>
        <w:t>If anything has changed, such as your address or category, please note it on the form. Thank you for being part of [Association].</w:t>
      </w:r>
    </w:p>
    <w:p>
      <w:r>
        <w:t>Yours sincerely,</w:t>
      </w:r>
    </w:p>
    <w:p>
      <w:r>
        <w:t>[Name]</w:t>
      </w:r>
    </w:p>
    <w:p>
      <w:r>
        <w:t>Membership Secretary, [Association]</w:t>
      </w:r>
    </w:p>
    <w:p>
      <w:r>
        <w:t>Enc. renewal form</w:t>
      </w:r>
    </w:p>
    <w:p>
      <w:r>
        <w:br w:type="page"/>
      </w:r>
    </w:p>
    <w:p>
      <w:pPr>
        <w:pStyle w:val="Heading1"/>
      </w:pPr>
      <w:r>
        <w:t>Renewal letter for a club or society</w:t>
      </w:r>
    </w:p>
    <w:p>
      <w:r>
        <w:rPr>
          <w:i/>
        </w:rPr>
        <w:t>Use this when: the tone is personal and the coming season or programme is the draw.</w:t>
      </w:r>
    </w:p>
    <w:p>
      <w:r>
        <w:t>[Date]</w:t>
      </w:r>
    </w:p>
    <w:p>
      <w:r>
        <w:t>[Member name]</w:t>
      </w:r>
    </w:p>
    <w:p>
      <w:r>
        <w:t>[Address line 1]</w:t>
      </w:r>
    </w:p>
    <w:p>
      <w:r>
        <w:t>[Town, postcode]</w:t>
      </w:r>
    </w:p>
    <w:p>
      <w:r>
        <w:t>Dear [First name],</w:t>
      </w:r>
    </w:p>
    <w:p>
      <w:r>
        <w:t>Re: your [year] membership of [Club]</w:t>
      </w:r>
    </w:p>
    <w:p>
      <w:r>
        <w:t>The new season starts on [date], and we would love to have you with us again. Your membership is due on [renewal date], and the fee is [amount].</w:t>
      </w:r>
    </w:p>
    <w:p>
      <w:r>
        <w:t>This year’s programme includes [two highlights, such as the spring exhibition and the away day in June]. The enclosed form has the details, and the dates are on [printed web address].</w:t>
      </w:r>
    </w:p>
    <w:p>
      <w:r>
        <w:t>You can pay by bank transfer, by cheque using the enclosed form, or online. If you would rather pay in person, [name] will be at [venue] on [dates].</w:t>
      </w:r>
    </w:p>
    <w:p>
      <w:r>
        <w:t>For charitable societies: If you are a UK taxpayer, ticking the Gift Aid box on the form lets us claim an extra 25p for every pound of your subscription, at no cost to you.</w:t>
      </w:r>
    </w:p>
    <w:p>
      <w:r>
        <w:t>Yours sincerely,</w:t>
      </w:r>
    </w:p>
    <w:p>
      <w:r>
        <w:t>[Name]</w:t>
      </w:r>
    </w:p>
    <w:p>
      <w:r>
        <w:t>Chair, [Club]</w:t>
      </w:r>
    </w:p>
    <w:p>
      <w:r>
        <w:t>Enc. renewal form</w:t>
      </w:r>
    </w:p>
    <w:p>
      <w:r>
        <w:br w:type="page"/>
      </w:r>
    </w:p>
    <w:p>
      <w:pPr>
        <w:pStyle w:val="Heading1"/>
      </w:pPr>
      <w:r>
        <w:t>Renewal letter for a professional body or chamber</w:t>
      </w:r>
    </w:p>
    <w:p>
      <w:r>
        <w:rPr>
          <w:i/>
        </w:rPr>
        <w:t>Use this when: the member is a business or a professional and the letter doubles as an invoice.</w:t>
      </w:r>
    </w:p>
    <w:p>
      <w:r>
        <w:t>[Date]</w:t>
      </w:r>
    </w:p>
    <w:p>
      <w:r>
        <w:t>[Member name]</w:t>
      </w:r>
    </w:p>
    <w:p>
      <w:r>
        <w:t>[Organisation]</w:t>
      </w:r>
    </w:p>
    <w:p>
      <w:r>
        <w:t>[Address line 1]</w:t>
      </w:r>
    </w:p>
    <w:p>
      <w:r>
        <w:t>[Town, postcode]</w:t>
      </w:r>
    </w:p>
    <w:p>
      <w:r>
        <w:t>Dear [First name],</w:t>
      </w:r>
    </w:p>
    <w:p>
      <w:r>
        <w:t>Re: your [year] membership of [Body]. Invoice reference: [reference]</w:t>
      </w:r>
    </w:p>
    <w:p>
      <w:r>
        <w:t>Your [category] membership renews on [renewal date]. The fee for [year] is [amount] [plus VAT at the standard rate, where applicable].</w:t>
      </w:r>
    </w:p>
    <w:p>
      <w:r>
        <w:t>Renewing keeps your listing in the members’ directory, your access to [CPD programme, events or briefings] and your member rate at [event or service]. [One line on what the body did for members this year.]</w:t>
      </w:r>
    </w:p>
    <w:p>
      <w:r>
        <w:t>Payment is by bank transfer to [account details, reference: invoice number] or online at [printed web address]. If your organisation needs a purchase order on the invoice, reply with the number and we will reissue it.</w:t>
      </w:r>
    </w:p>
    <w:p>
      <w:r>
        <w:t>Yours sincerely,</w:t>
      </w:r>
    </w:p>
    <w:p>
      <w:r>
        <w:t>[Name]</w:t>
      </w:r>
    </w:p>
    <w:p>
      <w:r>
        <w:t>Membership Secretary, [Body]</w:t>
      </w:r>
    </w:p>
    <w:p>
      <w:r>
        <w:t>Enc. invoice and renewal form</w:t>
      </w:r>
    </w:p>
    <w:p>
      <w:r>
        <w:br w:type="page"/>
      </w:r>
    </w:p>
    <w:p>
      <w:pPr>
        <w:pStyle w:val="Heading1"/>
      </w:pPr>
      <w:r>
        <w:t>Final notice after the renewal date</w:t>
      </w:r>
    </w:p>
    <w:p>
      <w:r>
        <w:rPr>
          <w:i/>
        </w:rPr>
        <w:t>Use this when: the renewal date has passed and the grace period is about to end.</w:t>
      </w:r>
    </w:p>
    <w:p>
      <w:r>
        <w:t>[Date]</w:t>
      </w:r>
    </w:p>
    <w:p>
      <w:r>
        <w:t>[Member name]</w:t>
      </w:r>
    </w:p>
    <w:p>
      <w:r>
        <w:t>[Address line 1]</w:t>
      </w:r>
    </w:p>
    <w:p>
      <w:r>
        <w:t>[Town, postcode]</w:t>
      </w:r>
    </w:p>
    <w:p>
      <w:r>
        <w:t>Dear [First name],</w:t>
      </w:r>
    </w:p>
    <w:p>
      <w:r>
        <w:t>Re: your [Association] membership</w:t>
      </w:r>
    </w:p>
    <w:p>
      <w:r>
        <w:t>Your membership was due for renewal on [renewal date], and we have not yet received your payment. Your access to [members’ area, events, directory] continues until [grace period end date]. After that date it will stop, and your record will be kept so you can rejoin later.</w:t>
      </w:r>
    </w:p>
    <w:p>
      <w:r>
        <w:t>To renew today, pay online at [printed web address], or by bank transfer to [account details] with your surname as the reference. The fee is [amount].</w:t>
      </w:r>
    </w:p>
    <w:p>
      <w:r>
        <w:t>If you have already paid in the last few days, thank you, and please ignore this letter. If you have decided not to renew, a short note saying why would help us.</w:t>
      </w:r>
    </w:p>
    <w:p>
      <w:r>
        <w:t>Yours sincerely,</w:t>
      </w:r>
    </w:p>
    <w:p>
      <w:r>
        <w:t>[Name]</w:t>
      </w:r>
    </w:p>
    <w:p>
      <w:r>
        <w:t>Membership Secretary, [Association]</w:t>
      </w:r>
    </w:p>
    <w:p>
      <w:r>
        <w:t>Enc. renewal form</w:t>
      </w:r>
    </w:p>
    <w:p>
      <w:r>
        <w:br w:type="page"/>
      </w:r>
    </w:p>
    <w:p>
      <w:pPr>
        <w:pStyle w:val="Heading1"/>
      </w:pPr>
      <w:r>
        <w:t>Lapsed member letter: winning back a member who did not renew</w:t>
      </w:r>
    </w:p>
    <w:p>
      <w:r>
        <w:rPr>
          <w:i/>
        </w:rPr>
        <w:t>Use this when: two or three months have passed since the membership ended.</w:t>
      </w:r>
    </w:p>
    <w:p>
      <w:r>
        <w:t>[Date]</w:t>
      </w:r>
    </w:p>
    <w:p>
      <w:r>
        <w:t>[Member name]</w:t>
      </w:r>
    </w:p>
    <w:p>
      <w:r>
        <w:t>[Address line 1]</w:t>
      </w:r>
    </w:p>
    <w:p>
      <w:r>
        <w:t>[Town, postcode]</w:t>
      </w:r>
    </w:p>
    <w:p>
      <w:r>
        <w:t>Dear [First name],</w:t>
      </w:r>
    </w:p>
    <w:p>
      <w:r>
        <w:t>Re: rejoining [Association]</w:t>
      </w:r>
    </w:p>
    <w:p>
      <w:r>
        <w:t>Your membership ended on [date], and we have missed you. Since then, [one thing that has changed, such as the new programme is out, or the members’ directory has launched].</w:t>
      </w:r>
    </w:p>
    <w:p>
      <w:r>
        <w:t>If you would like to rejoin, there is no joining fee and nothing to fill in again. Pay online at [printed web address] or return the enclosed form, and your membership starts straight away.</w:t>
      </w:r>
    </w:p>
    <w:p>
      <w:r>
        <w:t>If there was something that put you off renewing, we would like to know. One line on the form, or an email to [address], is enough. This is the last letter we will send about it either way.</w:t>
      </w:r>
    </w:p>
    <w:p>
      <w:r>
        <w:t>Yours sincerely,</w:t>
      </w:r>
    </w:p>
    <w:p>
      <w:r>
        <w:t>[Name]</w:t>
      </w:r>
    </w:p>
    <w:p>
      <w:r>
        <w:t>Chair, [Association]</w:t>
      </w:r>
    </w:p>
    <w:p>
      <w:r>
        <w:t>Enc. rejoining form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renewal letter template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